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משותף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משפחת 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השורש קשור למשמעות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שורשים ומשפחות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ש.מ.ר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ל.מ.ד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ל.מ.ד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כולן מהשורש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שורש הוא רק אותיות עיקריות, לא תמיד מילה בפני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להן שורשים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שורש אחד יכול להוליד מילים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שתיהן מהשורש ל.מ.ד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ש.מ.ר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ק.ר.א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משפחת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(כ.ת.ב)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(ש.מ.ר)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(ל.מ.ד)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(ק.ר.א)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(ל.מ.ד)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שומר, שמירה, משמר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שורש הוא האותיות העיקריות במילה; משפחת מילים הן מילים עם אותו שורש ומשמעות 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האותיות העיקריות במילה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המילים צריכות להיות מאותו שורש אמיתי, לא רק דומות בצליל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אם שלוש האותיות העיקריות זהות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בקלפים או בכרטיסים להדגמת השורש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דוגמה אחת משותפת בלוח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שורשים נוספים כמו ס.פ.ר או ד.ב.ר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במילים בעברית יש אותיות עיקריות שנקראות שורש. מילים עם אותו שורש דומות במשמעות ושייכות לאותה משפחת מילים.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שורשים ומשפחות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המשותף למילים שומר, שמירה, משמר?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ש.מ.ר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ל.מ.ד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ק.ר.א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שייכת למשפחת המילים של השורש כ.ת.ב?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השורש של המילה 'תלמיד'?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ל.מ.ד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ת.ל.ד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מ.י.ד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ל.י.ד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לא שייכת למשפחה של השורש ק.ר.א?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השורש המשותף למילים לומד, לימוד, תלמיד?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ל.מ.ד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ת.ל.מ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י.ד.ע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ס.פ.ר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למילים כותב, מכתב וכתיבה יש 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הוא תמיד מילה שלמה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שומר וספר שייכות לאותה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לבנות הרבה מילים מאותו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'לומד' והמילה 'תלמיד' שייכות לאותה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'שומר'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__________ שייכת למשפחה של השורש כ.ת.ב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אדם שלומד בבית ספר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המשותף למילים קורא, קריאה, מקרא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מילים עם אותן שלוש אותיות עיקריות ומשמעות דומה שייכות לאותה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ק.ר.א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ל.מ.ד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ל.מ.ד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ש.מ.ר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כ.ת.ב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(למשל ש.מ.ר) וכתבו שלוש מילים ממשפחתו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זה שורש ומה זה משפחת מילים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מאותה 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לדעת שלשתי מילים יש אותו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ושורשים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